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E375B" w14:textId="77777777" w:rsidR="00AB4C3D" w:rsidRPr="00E83930" w:rsidRDefault="00AB4C3D">
      <w:pPr>
        <w:rPr>
          <w:noProof/>
          <w:lang w:val="id-ID"/>
        </w:rPr>
      </w:pPr>
    </w:p>
    <w:tbl>
      <w:tblPr>
        <w:tblW w:w="0" w:type="auto"/>
        <w:tblLook w:val="04A0" w:firstRow="1" w:lastRow="0" w:firstColumn="1" w:lastColumn="0" w:noHBand="0" w:noVBand="1"/>
      </w:tblPr>
      <w:tblGrid>
        <w:gridCol w:w="9072"/>
      </w:tblGrid>
      <w:tr w:rsidR="00B64B78" w:rsidRPr="00E83930" w14:paraId="6E2AD470" w14:textId="77777777">
        <w:tc>
          <w:tcPr>
            <w:tcW w:w="9072" w:type="dxa"/>
            <w:tcBorders>
              <w:top w:val="single" w:sz="0" w:space="0" w:color="1E3A5F"/>
              <w:left w:val="single" w:sz="0" w:space="0" w:color="1E3A5F"/>
              <w:bottom w:val="single" w:sz="0" w:space="0" w:color="1E3A5F"/>
              <w:right w:val="single" w:sz="0" w:space="0" w:color="1E3A5F"/>
            </w:tcBorders>
            <w:shd w:val="clear" w:color="auto" w:fill="1E3A5F"/>
          </w:tcPr>
          <w:p w14:paraId="73B47CF6" w14:textId="67406ED6" w:rsidR="00B64B78" w:rsidRPr="00E83930" w:rsidRDefault="0014457F" w:rsidP="005E6F65">
            <w:pPr>
              <w:spacing w:after="0"/>
              <w:jc w:val="center"/>
              <w:rPr>
                <w:rFonts w:cs="Calibri"/>
                <w:noProof/>
                <w:sz w:val="16"/>
                <w:szCs w:val="16"/>
                <w:lang w:val="id-ID"/>
              </w:rPr>
            </w:pPr>
            <w:r>
              <w:rPr>
                <w:rFonts w:cs="Calibri"/>
                <w:b/>
                <w:noProof/>
                <w:color w:val="FFFFFF"/>
                <w:sz w:val="16"/>
                <w:szCs w:val="16"/>
                <w:lang w:val="id-ID"/>
              </w:rPr>
              <w:t>SURAT PERNYATAAN INTEGRITAS DAN ANTI-KECURANGAN</w:t>
            </w:r>
          </w:p>
        </w:tc>
      </w:tr>
    </w:tbl>
    <w:p w14:paraId="5D367F5D" w14:textId="77777777" w:rsidR="0014457F" w:rsidRDefault="0014457F" w:rsidP="0014457F">
      <w:pPr>
        <w:spacing w:after="0"/>
        <w:rPr>
          <w:rFonts w:cs="Calibri"/>
          <w:b/>
          <w:noProof/>
          <w:sz w:val="16"/>
          <w:szCs w:val="16"/>
          <w:lang w:val="id-ID"/>
        </w:rPr>
      </w:pPr>
    </w:p>
    <w:p w14:paraId="2B0CCC1C" w14:textId="2DE8F61D" w:rsidR="00B64B78" w:rsidRPr="00E83930" w:rsidRDefault="00000000" w:rsidP="0014457F">
      <w:pPr>
        <w:spacing w:after="0"/>
        <w:rPr>
          <w:rFonts w:cs="Calibri"/>
          <w:noProof/>
          <w:sz w:val="16"/>
          <w:szCs w:val="16"/>
          <w:lang w:val="id-ID"/>
        </w:rPr>
      </w:pPr>
      <w:r w:rsidRPr="00E83930">
        <w:rPr>
          <w:rFonts w:cs="Calibri"/>
          <w:b/>
          <w:noProof/>
          <w:sz w:val="16"/>
          <w:szCs w:val="16"/>
          <w:lang w:val="id-ID"/>
        </w:rPr>
        <w:t>Saya yang bertanda tangan di bawah ini:</w:t>
      </w:r>
    </w:p>
    <w:tbl>
      <w:tblPr>
        <w:tblW w:w="0" w:type="auto"/>
        <w:tblLook w:val="04A0" w:firstRow="1" w:lastRow="0" w:firstColumn="1" w:lastColumn="0" w:noHBand="0" w:noVBand="1"/>
      </w:tblPr>
      <w:tblGrid>
        <w:gridCol w:w="2267"/>
        <w:gridCol w:w="6795"/>
      </w:tblGrid>
      <w:tr w:rsidR="00B64B78" w:rsidRPr="00E83930" w14:paraId="3A1C366D" w14:textId="77777777" w:rsidTr="0014457F">
        <w:trPr>
          <w:trHeight w:val="396"/>
        </w:trPr>
        <w:tc>
          <w:tcPr>
            <w:tcW w:w="2267"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24FF18CD" w14:textId="209061DA" w:rsidR="00B64B78" w:rsidRPr="00E83930" w:rsidRDefault="00000000" w:rsidP="005E6F65">
            <w:pPr>
              <w:spacing w:after="0"/>
              <w:rPr>
                <w:rFonts w:cs="Calibri"/>
                <w:noProof/>
                <w:sz w:val="16"/>
                <w:szCs w:val="16"/>
                <w:lang w:val="id-ID"/>
              </w:rPr>
            </w:pPr>
            <w:r w:rsidRPr="00E83930">
              <w:rPr>
                <w:rFonts w:cs="Calibri"/>
                <w:b/>
                <w:noProof/>
                <w:sz w:val="16"/>
                <w:szCs w:val="16"/>
                <w:lang w:val="id-ID"/>
              </w:rPr>
              <w:t xml:space="preserve">Nama </w:t>
            </w:r>
            <w:r w:rsidR="0014457F">
              <w:rPr>
                <w:rFonts w:cs="Calibri"/>
                <w:b/>
                <w:noProof/>
                <w:sz w:val="16"/>
                <w:szCs w:val="16"/>
                <w:lang w:val="id-ID"/>
              </w:rPr>
              <w:t>Lengkap</w:t>
            </w:r>
          </w:p>
        </w:tc>
        <w:tc>
          <w:tcPr>
            <w:tcW w:w="6795"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69674703" w14:textId="5D0FB332" w:rsidR="00B64B78" w:rsidRPr="00E83930" w:rsidRDefault="0014457F" w:rsidP="005E6F65">
            <w:pPr>
              <w:spacing w:after="0"/>
              <w:rPr>
                <w:rFonts w:cs="Calibri"/>
                <w:noProof/>
                <w:sz w:val="16"/>
                <w:szCs w:val="16"/>
                <w:lang w:val="id-ID"/>
              </w:rPr>
            </w:pPr>
            <w:r w:rsidRPr="0014457F">
              <w:rPr>
                <w:rFonts w:cs="Calibri"/>
                <w:noProof/>
                <w:sz w:val="16"/>
                <w:szCs w:val="16"/>
              </w:rPr>
              <w:t>[NAMA SESUAI KTP]</w:t>
            </w:r>
          </w:p>
        </w:tc>
      </w:tr>
      <w:tr w:rsidR="00B64B78" w:rsidRPr="00E83930" w14:paraId="0AE925C7" w14:textId="77777777" w:rsidTr="0014457F">
        <w:trPr>
          <w:trHeight w:val="396"/>
        </w:trPr>
        <w:tc>
          <w:tcPr>
            <w:tcW w:w="2267"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6760C27F" w14:textId="0A54799D" w:rsidR="00B64B78" w:rsidRPr="0014457F" w:rsidRDefault="0014457F" w:rsidP="005E6F65">
            <w:pPr>
              <w:spacing w:after="0"/>
              <w:rPr>
                <w:rFonts w:cs="Calibri"/>
                <w:b/>
                <w:bCs/>
                <w:noProof/>
                <w:sz w:val="16"/>
                <w:szCs w:val="16"/>
                <w:lang w:val="id-ID"/>
              </w:rPr>
            </w:pPr>
            <w:r w:rsidRPr="0014457F">
              <w:rPr>
                <w:rFonts w:cs="Calibri"/>
                <w:b/>
                <w:bCs/>
                <w:noProof/>
                <w:sz w:val="16"/>
                <w:szCs w:val="16"/>
                <w:lang w:val="id-ID"/>
              </w:rPr>
              <w:t>NIK</w:t>
            </w:r>
          </w:p>
        </w:tc>
        <w:tc>
          <w:tcPr>
            <w:tcW w:w="6795"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0612663F" w14:textId="4E1DB3EE" w:rsidR="00B64B78" w:rsidRPr="00E83930" w:rsidRDefault="0014457F" w:rsidP="005E6F65">
            <w:pPr>
              <w:spacing w:after="0"/>
              <w:rPr>
                <w:rFonts w:cs="Calibri"/>
                <w:noProof/>
                <w:sz w:val="16"/>
                <w:szCs w:val="16"/>
                <w:lang w:val="id-ID"/>
              </w:rPr>
            </w:pPr>
            <w:r w:rsidRPr="0014457F">
              <w:rPr>
                <w:rFonts w:cs="Calibri"/>
                <w:noProof/>
                <w:sz w:val="16"/>
                <w:szCs w:val="16"/>
              </w:rPr>
              <w:t>[16 DIGIT NIK]</w:t>
            </w:r>
          </w:p>
        </w:tc>
      </w:tr>
      <w:tr w:rsidR="00B64B78" w:rsidRPr="00E83930" w14:paraId="70A63D59" w14:textId="77777777" w:rsidTr="0014457F">
        <w:trPr>
          <w:trHeight w:val="396"/>
        </w:trPr>
        <w:tc>
          <w:tcPr>
            <w:tcW w:w="2267"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2D5B012F" w14:textId="41952776" w:rsidR="00B64B78" w:rsidRPr="00E83930" w:rsidRDefault="0014457F" w:rsidP="005E6F65">
            <w:pPr>
              <w:spacing w:after="0"/>
              <w:rPr>
                <w:rFonts w:cs="Calibri"/>
                <w:noProof/>
                <w:sz w:val="16"/>
                <w:szCs w:val="16"/>
                <w:lang w:val="id-ID"/>
              </w:rPr>
            </w:pPr>
            <w:r>
              <w:rPr>
                <w:rFonts w:cs="Calibri"/>
                <w:b/>
                <w:noProof/>
                <w:sz w:val="16"/>
                <w:szCs w:val="16"/>
                <w:lang w:val="id-ID"/>
              </w:rPr>
              <w:t>Tempat/Tanggal Lahir</w:t>
            </w:r>
          </w:p>
        </w:tc>
        <w:tc>
          <w:tcPr>
            <w:tcW w:w="6795"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17494344" w14:textId="19EDC196" w:rsidR="00B64B78" w:rsidRPr="00E83930" w:rsidRDefault="0014457F" w:rsidP="005E6F65">
            <w:pPr>
              <w:spacing w:after="0"/>
              <w:rPr>
                <w:rFonts w:cs="Calibri"/>
                <w:noProof/>
                <w:sz w:val="16"/>
                <w:szCs w:val="16"/>
                <w:lang w:val="id-ID"/>
              </w:rPr>
            </w:pPr>
            <w:r w:rsidRPr="0014457F">
              <w:rPr>
                <w:rFonts w:cs="Calibri"/>
                <w:noProof/>
                <w:sz w:val="16"/>
                <w:szCs w:val="16"/>
              </w:rPr>
              <w:t>[KOTA], [TGL-BLN-THN]</w:t>
            </w:r>
          </w:p>
        </w:tc>
      </w:tr>
      <w:tr w:rsidR="0014457F" w:rsidRPr="00E83930" w14:paraId="0978CA1F" w14:textId="77777777" w:rsidTr="0014457F">
        <w:trPr>
          <w:trHeight w:val="396"/>
        </w:trPr>
        <w:tc>
          <w:tcPr>
            <w:tcW w:w="2267"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5B7DEF72" w14:textId="3AAB6C70" w:rsidR="0014457F" w:rsidRDefault="0014457F" w:rsidP="005E6F65">
            <w:pPr>
              <w:spacing w:after="0"/>
              <w:rPr>
                <w:rFonts w:cs="Calibri"/>
                <w:b/>
                <w:noProof/>
                <w:sz w:val="16"/>
                <w:szCs w:val="16"/>
                <w:lang w:val="id-ID"/>
              </w:rPr>
            </w:pPr>
            <w:r>
              <w:rPr>
                <w:rFonts w:cs="Calibri"/>
                <w:b/>
                <w:noProof/>
                <w:sz w:val="16"/>
                <w:szCs w:val="16"/>
                <w:lang w:val="id-ID"/>
              </w:rPr>
              <w:t>Nomor HP/Whatsapp</w:t>
            </w:r>
          </w:p>
        </w:tc>
        <w:tc>
          <w:tcPr>
            <w:tcW w:w="6795"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0957D451" w14:textId="30A3579E" w:rsidR="0014457F" w:rsidRPr="0014457F" w:rsidRDefault="0014457F" w:rsidP="005E6F65">
            <w:pPr>
              <w:spacing w:after="0"/>
              <w:rPr>
                <w:rFonts w:cs="Calibri"/>
                <w:noProof/>
                <w:sz w:val="16"/>
                <w:szCs w:val="16"/>
              </w:rPr>
            </w:pPr>
            <w:r w:rsidRPr="0014457F">
              <w:rPr>
                <w:rFonts w:cs="Calibri"/>
                <w:noProof/>
                <w:sz w:val="16"/>
                <w:szCs w:val="16"/>
              </w:rPr>
              <w:t>[</w:t>
            </w:r>
            <w:r>
              <w:rPr>
                <w:rFonts w:cs="Calibri"/>
                <w:noProof/>
                <w:sz w:val="16"/>
                <w:szCs w:val="16"/>
              </w:rPr>
              <w:t>62</w:t>
            </w:r>
            <w:r w:rsidRPr="0014457F">
              <w:rPr>
                <w:rFonts w:cs="Calibri"/>
                <w:noProof/>
                <w:sz w:val="16"/>
                <w:szCs w:val="16"/>
              </w:rPr>
              <w:t>xxxxxxxxxx]</w:t>
            </w:r>
          </w:p>
        </w:tc>
      </w:tr>
      <w:tr w:rsidR="0014457F" w:rsidRPr="00E83930" w14:paraId="67CE1FB5" w14:textId="77777777" w:rsidTr="0014457F">
        <w:trPr>
          <w:trHeight w:val="396"/>
        </w:trPr>
        <w:tc>
          <w:tcPr>
            <w:tcW w:w="2267"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4E2CCCC4" w14:textId="335AC580" w:rsidR="0014457F" w:rsidRDefault="0014457F" w:rsidP="005E6F65">
            <w:pPr>
              <w:spacing w:after="0"/>
              <w:rPr>
                <w:rFonts w:cs="Calibri"/>
                <w:b/>
                <w:noProof/>
                <w:sz w:val="16"/>
                <w:szCs w:val="16"/>
                <w:lang w:val="id-ID"/>
              </w:rPr>
            </w:pPr>
            <w:r>
              <w:rPr>
                <w:rFonts w:cs="Calibri"/>
                <w:b/>
                <w:noProof/>
                <w:sz w:val="16"/>
                <w:szCs w:val="16"/>
                <w:lang w:val="id-ID"/>
              </w:rPr>
              <w:t>Posisi yang DIlamar</w:t>
            </w:r>
          </w:p>
        </w:tc>
        <w:tc>
          <w:tcPr>
            <w:tcW w:w="6795"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27B86381" w14:textId="79268057" w:rsidR="0014457F" w:rsidRPr="0014457F" w:rsidRDefault="0014457F" w:rsidP="005E6F65">
            <w:pPr>
              <w:spacing w:after="0"/>
              <w:rPr>
                <w:rFonts w:cs="Calibri"/>
                <w:noProof/>
                <w:sz w:val="16"/>
                <w:szCs w:val="16"/>
              </w:rPr>
            </w:pPr>
            <w:r w:rsidRPr="0014457F">
              <w:rPr>
                <w:rFonts w:cs="Calibri"/>
                <w:noProof/>
                <w:sz w:val="16"/>
                <w:szCs w:val="16"/>
              </w:rPr>
              <w:t>[NAMA POSISI]</w:t>
            </w:r>
          </w:p>
        </w:tc>
      </w:tr>
    </w:tbl>
    <w:p w14:paraId="285E5321" w14:textId="77777777" w:rsidR="005E6F65" w:rsidRPr="00E83930" w:rsidRDefault="005E6F65" w:rsidP="00FE7B6E">
      <w:pPr>
        <w:spacing w:after="0"/>
        <w:rPr>
          <w:rFonts w:cs="Calibri"/>
          <w:b/>
          <w:noProof/>
          <w:sz w:val="16"/>
          <w:szCs w:val="16"/>
          <w:lang w:val="id-ID"/>
        </w:rPr>
      </w:pPr>
    </w:p>
    <w:p w14:paraId="228F3CA1" w14:textId="45A7F2AD" w:rsidR="00B64B78" w:rsidRPr="00E83930" w:rsidRDefault="00000000" w:rsidP="00FE7B6E">
      <w:pPr>
        <w:spacing w:after="0"/>
        <w:rPr>
          <w:rFonts w:cs="Calibri"/>
          <w:noProof/>
          <w:sz w:val="16"/>
          <w:szCs w:val="16"/>
          <w:lang w:val="id-ID"/>
        </w:rPr>
      </w:pPr>
      <w:r w:rsidRPr="00E83930">
        <w:rPr>
          <w:rFonts w:cs="Calibri"/>
          <w:b/>
          <w:noProof/>
          <w:sz w:val="16"/>
          <w:szCs w:val="16"/>
          <w:lang w:val="id-ID"/>
        </w:rPr>
        <w:t>Dengan ini menyatakan:</w:t>
      </w:r>
    </w:p>
    <w:tbl>
      <w:tblPr>
        <w:tblW w:w="9039" w:type="dxa"/>
        <w:tblLayout w:type="fixed"/>
        <w:tblLook w:val="04A0" w:firstRow="1" w:lastRow="0" w:firstColumn="1" w:lastColumn="0" w:noHBand="0" w:noVBand="1"/>
      </w:tblPr>
      <w:tblGrid>
        <w:gridCol w:w="817"/>
        <w:gridCol w:w="8222"/>
      </w:tblGrid>
      <w:tr w:rsidR="005E6F65" w:rsidRPr="00FE7B6E" w14:paraId="5982D482" w14:textId="77777777" w:rsidTr="00256ABC">
        <w:trPr>
          <w:trHeight w:val="686"/>
        </w:trPr>
        <w:sdt>
          <w:sdtPr>
            <w:rPr>
              <w:rFonts w:cs="Calibri"/>
              <w:noProof/>
              <w:sz w:val="16"/>
              <w:szCs w:val="16"/>
              <w:lang w:val="id-ID"/>
            </w:rPr>
            <w:id w:val="1889379281"/>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6C15B8D6" w14:textId="6DC86C64" w:rsidR="00B64B78" w:rsidRPr="00E83930" w:rsidRDefault="00FE7B6E"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1860ED78" w14:textId="525992FF" w:rsidR="00B64B78" w:rsidRPr="00E83930" w:rsidRDefault="0014457F" w:rsidP="007B78A1">
            <w:pPr>
              <w:pStyle w:val="ListParagraph"/>
              <w:numPr>
                <w:ilvl w:val="0"/>
                <w:numId w:val="11"/>
              </w:numPr>
              <w:spacing w:after="0" w:line="360" w:lineRule="auto"/>
              <w:ind w:left="314" w:hanging="283"/>
              <w:jc w:val="both"/>
              <w:rPr>
                <w:rFonts w:cs="Calibri"/>
                <w:noProof/>
                <w:sz w:val="16"/>
                <w:szCs w:val="16"/>
                <w:lang w:val="id-ID"/>
              </w:rPr>
            </w:pPr>
            <w:r w:rsidRPr="0014457F">
              <w:rPr>
                <w:rFonts w:cs="Calibri"/>
                <w:noProof/>
                <w:sz w:val="16"/>
                <w:szCs w:val="16"/>
                <w:lang w:val="id-ID"/>
              </w:rPr>
              <w:t xml:space="preserve">Seluruh data, keterangan, dan dokumen yang saya sampaikan dalam proses </w:t>
            </w:r>
            <w:r>
              <w:rPr>
                <w:rFonts w:cs="Calibri"/>
                <w:b/>
                <w:bCs/>
                <w:noProof/>
                <w:sz w:val="16"/>
                <w:szCs w:val="16"/>
                <w:lang w:val="id-ID"/>
              </w:rPr>
              <w:t>Rekrutment Calon Karyawan Pimpinan (CKP) Pro Hire PTPN IV Tahun 2026</w:t>
            </w:r>
            <w:r w:rsidRPr="0014457F">
              <w:rPr>
                <w:rFonts w:cs="Calibri"/>
                <w:noProof/>
                <w:sz w:val="16"/>
                <w:szCs w:val="16"/>
                <w:lang w:val="id-ID"/>
              </w:rPr>
              <w:t xml:space="preserve"> adalah </w:t>
            </w:r>
            <w:r w:rsidRPr="0014457F">
              <w:rPr>
                <w:rFonts w:cs="Calibri"/>
                <w:b/>
                <w:bCs/>
                <w:noProof/>
                <w:sz w:val="16"/>
                <w:szCs w:val="16"/>
                <w:lang w:val="id-ID"/>
              </w:rPr>
              <w:t>benar, asli, dan sah</w:t>
            </w:r>
            <w:r w:rsidRPr="0014457F">
              <w:rPr>
                <w:rFonts w:cs="Calibri"/>
                <w:noProof/>
                <w:sz w:val="16"/>
                <w:szCs w:val="16"/>
                <w:lang w:val="id-ID"/>
              </w:rPr>
              <w:t>, serta bukan merupakan dokumen palsu, dipalsukan, maupun dimanipulasi.</w:t>
            </w:r>
          </w:p>
        </w:tc>
      </w:tr>
      <w:tr w:rsidR="00FE7B6E" w:rsidRPr="00FE7B6E" w14:paraId="634D5E76" w14:textId="77777777" w:rsidTr="00256ABC">
        <w:sdt>
          <w:sdtPr>
            <w:rPr>
              <w:rFonts w:cs="Calibri"/>
              <w:noProof/>
              <w:sz w:val="16"/>
              <w:szCs w:val="16"/>
              <w:lang w:val="id-ID"/>
            </w:rPr>
            <w:id w:val="-1387253792"/>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0C290AD4" w14:textId="72239E29" w:rsidR="00FE7B6E" w:rsidRDefault="00FE7B6E"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1D911E8A" w14:textId="5DDC957E" w:rsidR="00FE7B6E" w:rsidRPr="0014457F" w:rsidRDefault="00FE7B6E" w:rsidP="007B78A1">
            <w:pPr>
              <w:pStyle w:val="ListParagraph"/>
              <w:numPr>
                <w:ilvl w:val="0"/>
                <w:numId w:val="11"/>
              </w:numPr>
              <w:spacing w:after="0" w:line="360" w:lineRule="auto"/>
              <w:ind w:left="314" w:hanging="283"/>
              <w:jc w:val="both"/>
              <w:rPr>
                <w:rFonts w:cs="Calibri"/>
                <w:noProof/>
                <w:sz w:val="16"/>
                <w:szCs w:val="16"/>
                <w:lang w:val="id-ID"/>
              </w:rPr>
            </w:pPr>
            <w:r w:rsidRPr="00FE7B6E">
              <w:rPr>
                <w:rFonts w:cs="Calibri"/>
                <w:noProof/>
                <w:sz w:val="16"/>
                <w:szCs w:val="16"/>
                <w:lang w:val="id-ID"/>
              </w:rPr>
              <w:t xml:space="preserve">Saya </w:t>
            </w:r>
            <w:r w:rsidRPr="00FE7B6E">
              <w:rPr>
                <w:rFonts w:cs="Calibri"/>
                <w:b/>
                <w:bCs/>
                <w:noProof/>
                <w:sz w:val="16"/>
                <w:szCs w:val="16"/>
                <w:lang w:val="id-ID"/>
              </w:rPr>
              <w:t>tidak pernah terlibat dalam praktik penyuapan, gratifikasi ilegal, kecurangan (</w:t>
            </w:r>
            <w:r w:rsidRPr="00FE7B6E">
              <w:rPr>
                <w:rFonts w:cs="Calibri"/>
                <w:b/>
                <w:bCs/>
                <w:i/>
                <w:iCs/>
                <w:noProof/>
                <w:sz w:val="16"/>
                <w:szCs w:val="16"/>
                <w:lang w:val="id-ID"/>
              </w:rPr>
              <w:t>fraud</w:t>
            </w:r>
            <w:r w:rsidRPr="00FE7B6E">
              <w:rPr>
                <w:rFonts w:cs="Calibri"/>
                <w:b/>
                <w:bCs/>
                <w:noProof/>
                <w:sz w:val="16"/>
                <w:szCs w:val="16"/>
                <w:lang w:val="id-ID"/>
              </w:rPr>
              <w:t>), maupun tindak pidana korupsi</w:t>
            </w:r>
            <w:r w:rsidRPr="00FE7B6E">
              <w:rPr>
                <w:rFonts w:cs="Calibri"/>
                <w:noProof/>
                <w:sz w:val="16"/>
                <w:szCs w:val="16"/>
                <w:lang w:val="id-ID"/>
              </w:rPr>
              <w:t>, baik sebagai pelaku, turut serta, maupun pihak yang membantu terjadinya perbuatan tersebut, di lingkungan pendidikan, tempat kerja sebelumnya, maupun lingkungan lainnya.</w:t>
            </w:r>
          </w:p>
        </w:tc>
      </w:tr>
      <w:tr w:rsidR="005E6F65" w:rsidRPr="00FE7B6E" w14:paraId="245B359D" w14:textId="77777777" w:rsidTr="00256ABC">
        <w:sdt>
          <w:sdtPr>
            <w:rPr>
              <w:rFonts w:cs="Calibri"/>
              <w:noProof/>
              <w:sz w:val="16"/>
              <w:szCs w:val="16"/>
              <w:lang w:val="id-ID"/>
            </w:rPr>
            <w:id w:val="265046008"/>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0B1F56BF" w14:textId="154A2450" w:rsidR="00B64B78" w:rsidRPr="00E83930" w:rsidRDefault="0014457F"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4C4F96DB" w14:textId="10E80FC9" w:rsidR="00B64B78" w:rsidRPr="00E83930" w:rsidRDefault="00FE7B6E" w:rsidP="007B78A1">
            <w:pPr>
              <w:pStyle w:val="ListParagraph"/>
              <w:numPr>
                <w:ilvl w:val="0"/>
                <w:numId w:val="11"/>
              </w:numPr>
              <w:spacing w:after="0" w:line="360" w:lineRule="auto"/>
              <w:ind w:left="314" w:hanging="283"/>
              <w:jc w:val="both"/>
              <w:rPr>
                <w:rFonts w:cs="Calibri"/>
                <w:noProof/>
                <w:sz w:val="16"/>
                <w:szCs w:val="16"/>
                <w:lang w:val="id-ID"/>
              </w:rPr>
            </w:pPr>
            <w:r w:rsidRPr="00FE7B6E">
              <w:rPr>
                <w:rFonts w:cs="Calibri"/>
                <w:noProof/>
                <w:sz w:val="16"/>
                <w:szCs w:val="16"/>
                <w:lang w:val="id-ID"/>
              </w:rPr>
              <w:t xml:space="preserve">Saya </w:t>
            </w:r>
            <w:r w:rsidRPr="00FE7B6E">
              <w:rPr>
                <w:rFonts w:cs="Calibri"/>
                <w:b/>
                <w:bCs/>
                <w:noProof/>
                <w:sz w:val="16"/>
                <w:szCs w:val="16"/>
                <w:lang w:val="id-ID"/>
              </w:rPr>
              <w:t>bersedia dan memberikan persetujuan</w:t>
            </w:r>
            <w:r w:rsidRPr="00FE7B6E">
              <w:rPr>
                <w:rFonts w:cs="Calibri"/>
                <w:noProof/>
                <w:sz w:val="16"/>
                <w:szCs w:val="16"/>
                <w:lang w:val="id-ID"/>
              </w:rPr>
              <w:t xml:space="preserve"> kepada </w:t>
            </w:r>
            <w:r>
              <w:rPr>
                <w:rFonts w:cs="Calibri"/>
                <w:b/>
                <w:bCs/>
                <w:noProof/>
                <w:sz w:val="16"/>
                <w:szCs w:val="16"/>
                <w:lang w:val="id-ID"/>
              </w:rPr>
              <w:t xml:space="preserve">PT Perkebunan Nusantara IV </w:t>
            </w:r>
            <w:r w:rsidRPr="00FE7B6E">
              <w:rPr>
                <w:rFonts w:cs="Calibri"/>
                <w:noProof/>
                <w:sz w:val="16"/>
                <w:szCs w:val="16"/>
                <w:lang w:val="id-ID"/>
              </w:rPr>
              <w:t>atau pihak yang ditunjuk untuk melakukan penelusuran rekam jejak (</w:t>
            </w:r>
            <w:r w:rsidRPr="00FE7B6E">
              <w:rPr>
                <w:rFonts w:cs="Calibri"/>
                <w:i/>
                <w:iCs/>
                <w:noProof/>
                <w:sz w:val="16"/>
                <w:szCs w:val="16"/>
                <w:lang w:val="id-ID"/>
              </w:rPr>
              <w:t>background checking</w:t>
            </w:r>
            <w:r w:rsidRPr="00FE7B6E">
              <w:rPr>
                <w:rFonts w:cs="Calibri"/>
                <w:noProof/>
                <w:sz w:val="16"/>
                <w:szCs w:val="16"/>
                <w:lang w:val="id-ID"/>
              </w:rPr>
              <w:t>) guna memverifikasi kebenaran pernyataan pada angka 2, sesuai ketentuan yang berlaku di perusahaan, termasuk pemrosesan data pribadi saya untuk keperluan tersebut. Saya juga bersedia menyerahkan dokumen pendukung apabila diminta.</w:t>
            </w:r>
          </w:p>
        </w:tc>
      </w:tr>
      <w:tr w:rsidR="005E6F65" w:rsidRPr="00FE7B6E" w14:paraId="4B2C273D" w14:textId="77777777" w:rsidTr="00256ABC">
        <w:sdt>
          <w:sdtPr>
            <w:rPr>
              <w:rFonts w:cs="Calibri"/>
              <w:noProof/>
              <w:sz w:val="16"/>
              <w:szCs w:val="16"/>
              <w:lang w:val="id-ID"/>
            </w:rPr>
            <w:id w:val="809375156"/>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5A248AA5" w14:textId="00D384D1" w:rsidR="00B64B78" w:rsidRPr="00E83930" w:rsidRDefault="0014457F"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72914C61" w14:textId="5746B640" w:rsidR="00B64B78" w:rsidRPr="0014457F" w:rsidRDefault="00FE7B6E" w:rsidP="0014457F">
            <w:pPr>
              <w:pStyle w:val="ListParagraph"/>
              <w:numPr>
                <w:ilvl w:val="0"/>
                <w:numId w:val="11"/>
              </w:numPr>
              <w:spacing w:after="0" w:line="360" w:lineRule="auto"/>
              <w:ind w:left="314" w:hanging="283"/>
              <w:jc w:val="both"/>
              <w:rPr>
                <w:rFonts w:cs="Calibri"/>
                <w:noProof/>
                <w:sz w:val="16"/>
                <w:szCs w:val="16"/>
                <w:lang w:val="id-ID"/>
              </w:rPr>
            </w:pPr>
            <w:r w:rsidRPr="00FE7B6E">
              <w:rPr>
                <w:rFonts w:cs="Calibri"/>
                <w:noProof/>
                <w:sz w:val="16"/>
                <w:szCs w:val="16"/>
                <w:lang w:val="id-ID"/>
              </w:rPr>
              <w:t xml:space="preserve">Saya akan mengikuti </w:t>
            </w:r>
            <w:r w:rsidRPr="00FE7B6E">
              <w:rPr>
                <w:rFonts w:cs="Calibri"/>
                <w:b/>
                <w:bCs/>
                <w:noProof/>
                <w:sz w:val="16"/>
                <w:szCs w:val="16"/>
                <w:lang w:val="id-ID"/>
              </w:rPr>
              <w:t>seluruh tahapan seleksi secara jujur dan mandiri</w:t>
            </w:r>
            <w:r w:rsidRPr="00FE7B6E">
              <w:rPr>
                <w:rFonts w:cs="Calibri"/>
                <w:noProof/>
                <w:sz w:val="16"/>
                <w:szCs w:val="16"/>
                <w:lang w:val="id-ID"/>
              </w:rPr>
              <w:t>, tidak diwakilkan kepada orang lain (joki), tidak mengerjakan seleksi atas nama orang lain, dan tidak bekerja sama dengan pihak mana pun dalam mengerjakan tes.</w:t>
            </w:r>
          </w:p>
        </w:tc>
      </w:tr>
      <w:tr w:rsidR="005E6F65" w:rsidRPr="00FE7B6E" w14:paraId="30DB2D91" w14:textId="77777777" w:rsidTr="00256ABC">
        <w:sdt>
          <w:sdtPr>
            <w:rPr>
              <w:rFonts w:cs="Calibri"/>
              <w:noProof/>
              <w:sz w:val="16"/>
              <w:szCs w:val="16"/>
              <w:lang w:val="id-ID"/>
            </w:rPr>
            <w:id w:val="1052662269"/>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77EA2EB1" w14:textId="4E222D4C" w:rsidR="00B64B78" w:rsidRPr="00E83930" w:rsidRDefault="0014457F"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6E0E2CD7" w14:textId="42ECD976" w:rsidR="00B64B78" w:rsidRPr="00E83930" w:rsidRDefault="00FE7B6E" w:rsidP="007B78A1">
            <w:pPr>
              <w:pStyle w:val="ListParagraph"/>
              <w:numPr>
                <w:ilvl w:val="0"/>
                <w:numId w:val="11"/>
              </w:numPr>
              <w:spacing w:after="0" w:line="360" w:lineRule="auto"/>
              <w:ind w:left="314" w:hanging="283"/>
              <w:jc w:val="both"/>
              <w:rPr>
                <w:rFonts w:cs="Calibri"/>
                <w:noProof/>
                <w:sz w:val="16"/>
                <w:szCs w:val="16"/>
                <w:lang w:val="id-ID"/>
              </w:rPr>
            </w:pPr>
            <w:r w:rsidRPr="00FE7B6E">
              <w:rPr>
                <w:rFonts w:cs="Calibri"/>
                <w:noProof/>
                <w:sz w:val="16"/>
                <w:szCs w:val="16"/>
                <w:lang w:val="id-ID"/>
              </w:rPr>
              <w:t>Selama pelaksanaan tes daring (</w:t>
            </w:r>
            <w:r w:rsidRPr="00FE7B6E">
              <w:rPr>
                <w:rFonts w:cs="Calibri"/>
                <w:i/>
                <w:iCs/>
                <w:noProof/>
                <w:sz w:val="16"/>
                <w:szCs w:val="16"/>
                <w:lang w:val="id-ID"/>
              </w:rPr>
              <w:t>online</w:t>
            </w:r>
            <w:r w:rsidRPr="00FE7B6E">
              <w:rPr>
                <w:rFonts w:cs="Calibri"/>
                <w:noProof/>
                <w:sz w:val="16"/>
                <w:szCs w:val="16"/>
                <w:lang w:val="id-ID"/>
              </w:rPr>
              <w:t>), saya tidak akan menggunakan alat bantu, aplikasi, perangkat, atau sumber informasi apa pun yang tidak diizinkan, serta akan mematuhi seluruh ketentuan pengawasan (</w:t>
            </w:r>
            <w:r w:rsidRPr="00FE7B6E">
              <w:rPr>
                <w:rFonts w:cs="Calibri"/>
                <w:i/>
                <w:iCs/>
                <w:noProof/>
                <w:sz w:val="16"/>
                <w:szCs w:val="16"/>
                <w:lang w:val="id-ID"/>
              </w:rPr>
              <w:t>proctoring</w:t>
            </w:r>
            <w:r w:rsidRPr="00FE7B6E">
              <w:rPr>
                <w:rFonts w:cs="Calibri"/>
                <w:noProof/>
                <w:sz w:val="16"/>
                <w:szCs w:val="16"/>
                <w:lang w:val="id-ID"/>
              </w:rPr>
              <w:t>) yang ditetapkan penyelenggara.</w:t>
            </w:r>
          </w:p>
        </w:tc>
      </w:tr>
      <w:tr w:rsidR="005E6F65" w:rsidRPr="00FE7B6E" w14:paraId="21E230C9" w14:textId="77777777" w:rsidTr="00256ABC">
        <w:sdt>
          <w:sdtPr>
            <w:rPr>
              <w:rFonts w:cs="Calibri"/>
              <w:noProof/>
              <w:sz w:val="16"/>
              <w:szCs w:val="16"/>
              <w:lang w:val="id-ID"/>
            </w:rPr>
            <w:id w:val="613562212"/>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636FD815" w14:textId="1400B7E9" w:rsidR="00B64B78" w:rsidRPr="00E83930" w:rsidRDefault="00FE7B6E"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54C1979C" w14:textId="5B42A986" w:rsidR="00B64B78" w:rsidRPr="00E83930" w:rsidRDefault="00FE7B6E" w:rsidP="007B78A1">
            <w:pPr>
              <w:pStyle w:val="ListParagraph"/>
              <w:numPr>
                <w:ilvl w:val="0"/>
                <w:numId w:val="11"/>
              </w:numPr>
              <w:spacing w:after="0" w:line="360" w:lineRule="auto"/>
              <w:ind w:left="314" w:hanging="283"/>
              <w:jc w:val="both"/>
              <w:rPr>
                <w:rFonts w:cs="Calibri"/>
                <w:noProof/>
                <w:sz w:val="16"/>
                <w:szCs w:val="16"/>
                <w:lang w:val="id-ID"/>
              </w:rPr>
            </w:pPr>
            <w:r w:rsidRPr="00FE7B6E">
              <w:rPr>
                <w:rFonts w:cs="Calibri"/>
                <w:noProof/>
                <w:sz w:val="16"/>
                <w:szCs w:val="16"/>
                <w:lang w:val="id-ID"/>
              </w:rPr>
              <w:t xml:space="preserve">Saya tidak akan </w:t>
            </w:r>
            <w:r w:rsidRPr="00FE7B6E">
              <w:rPr>
                <w:rFonts w:cs="Calibri"/>
                <w:b/>
                <w:bCs/>
                <w:noProof/>
                <w:sz w:val="16"/>
                <w:szCs w:val="16"/>
                <w:lang w:val="id-ID"/>
              </w:rPr>
              <w:t>merekam, menyalin, menyebarluaskan, atau memperjualbelikan</w:t>
            </w:r>
            <w:r w:rsidRPr="00FE7B6E">
              <w:rPr>
                <w:rFonts w:cs="Calibri"/>
                <w:noProof/>
                <w:sz w:val="16"/>
                <w:szCs w:val="16"/>
                <w:lang w:val="id-ID"/>
              </w:rPr>
              <w:t xml:space="preserve"> materi soal dan seluruh materi seleksi dalam bentuk apa pun.</w:t>
            </w:r>
          </w:p>
        </w:tc>
      </w:tr>
      <w:tr w:rsidR="00FE7B6E" w:rsidRPr="0014457F" w14:paraId="259D310F" w14:textId="77777777" w:rsidTr="00256ABC">
        <w:sdt>
          <w:sdtPr>
            <w:rPr>
              <w:rFonts w:cs="Calibri"/>
              <w:noProof/>
              <w:sz w:val="16"/>
              <w:szCs w:val="16"/>
              <w:lang w:val="id-ID"/>
            </w:rPr>
            <w:id w:val="1309826351"/>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7BDCCC67" w14:textId="13972E87" w:rsidR="00FE7B6E" w:rsidRDefault="00FE7B6E"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609A96EF" w14:textId="55D76C39" w:rsidR="00FE7B6E" w:rsidRPr="0014457F" w:rsidRDefault="00FE7B6E" w:rsidP="007B78A1">
            <w:pPr>
              <w:pStyle w:val="ListParagraph"/>
              <w:numPr>
                <w:ilvl w:val="0"/>
                <w:numId w:val="11"/>
              </w:numPr>
              <w:spacing w:after="0" w:line="360" w:lineRule="auto"/>
              <w:ind w:left="314" w:hanging="283"/>
              <w:jc w:val="both"/>
              <w:rPr>
                <w:rFonts w:cs="Calibri"/>
                <w:noProof/>
                <w:sz w:val="16"/>
                <w:szCs w:val="16"/>
              </w:rPr>
            </w:pPr>
            <w:r w:rsidRPr="00FE7B6E">
              <w:rPr>
                <w:rFonts w:cs="Calibri"/>
                <w:noProof/>
                <w:sz w:val="16"/>
                <w:szCs w:val="16"/>
              </w:rPr>
              <w:t xml:space="preserve">Saya memahami bahwa proses rekrutmen ini </w:t>
            </w:r>
            <w:r w:rsidRPr="00FE7B6E">
              <w:rPr>
                <w:rFonts w:cs="Calibri"/>
                <w:b/>
                <w:bCs/>
                <w:noProof/>
                <w:sz w:val="16"/>
                <w:szCs w:val="16"/>
              </w:rPr>
              <w:t>tidak dipungut biaya apa pun</w:t>
            </w:r>
            <w:r w:rsidRPr="00FE7B6E">
              <w:rPr>
                <w:rFonts w:cs="Calibri"/>
                <w:noProof/>
                <w:sz w:val="16"/>
                <w:szCs w:val="16"/>
              </w:rPr>
              <w:t>. Saya tidak akan memberikan atau menjanjikan uang, barang, hadiah, atau bentuk gratifikasi lainnya kepada panitia, pegawai, maupun pihak ketiga yang mengatasnamakan perusahaan, dan tidak akan menggunakan jasa perantara (calo) untuk memengaruhi hasil seleksi.</w:t>
            </w:r>
          </w:p>
        </w:tc>
      </w:tr>
      <w:tr w:rsidR="005E6F65" w:rsidRPr="0014457F" w14:paraId="2FE1090B" w14:textId="77777777" w:rsidTr="00256ABC">
        <w:trPr>
          <w:trHeight w:val="263"/>
        </w:trPr>
        <w:sdt>
          <w:sdtPr>
            <w:rPr>
              <w:rFonts w:cs="Calibri"/>
              <w:noProof/>
              <w:sz w:val="16"/>
              <w:szCs w:val="16"/>
              <w:lang w:val="id-ID"/>
            </w:rPr>
            <w:id w:val="977190376"/>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7D76652F" w14:textId="2B178275" w:rsidR="00B64B78" w:rsidRPr="00E83930" w:rsidRDefault="0014457F"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1DF95787" w14:textId="77777777" w:rsidR="0014457F" w:rsidRDefault="0014457F" w:rsidP="007B78A1">
            <w:pPr>
              <w:pStyle w:val="ListParagraph"/>
              <w:numPr>
                <w:ilvl w:val="0"/>
                <w:numId w:val="11"/>
              </w:numPr>
              <w:spacing w:after="0" w:line="360" w:lineRule="auto"/>
              <w:ind w:left="314" w:hanging="283"/>
              <w:jc w:val="both"/>
              <w:rPr>
                <w:rFonts w:cs="Calibri"/>
                <w:noProof/>
                <w:sz w:val="16"/>
                <w:szCs w:val="16"/>
                <w:lang w:val="id-ID"/>
              </w:rPr>
            </w:pPr>
            <w:r w:rsidRPr="0014457F">
              <w:rPr>
                <w:rFonts w:cs="Calibri"/>
                <w:noProof/>
                <w:sz w:val="16"/>
                <w:szCs w:val="16"/>
                <w:lang w:val="id-ID"/>
              </w:rPr>
              <w:t xml:space="preserve">Apabila di kemudian hari terbukti saya melanggar salah satu atau lebih pernyataan di atas, saya </w:t>
            </w:r>
            <w:r w:rsidRPr="0014457F">
              <w:rPr>
                <w:rFonts w:cs="Calibri"/>
                <w:b/>
                <w:bCs/>
                <w:noProof/>
                <w:sz w:val="16"/>
                <w:szCs w:val="16"/>
                <w:lang w:val="id-ID"/>
              </w:rPr>
              <w:t>bersedia menerima sanksi</w:t>
            </w:r>
            <w:r w:rsidRPr="0014457F">
              <w:rPr>
                <w:rFonts w:cs="Calibri"/>
                <w:noProof/>
                <w:sz w:val="16"/>
                <w:szCs w:val="16"/>
                <w:lang w:val="id-ID"/>
              </w:rPr>
              <w:t xml:space="preserve"> berupa:</w:t>
            </w:r>
          </w:p>
          <w:p w14:paraId="53B72A9A" w14:textId="77777777" w:rsidR="0014457F" w:rsidRDefault="0014457F" w:rsidP="0014457F">
            <w:pPr>
              <w:pStyle w:val="ListParagraph"/>
              <w:numPr>
                <w:ilvl w:val="0"/>
                <w:numId w:val="12"/>
              </w:numPr>
              <w:spacing w:after="0" w:line="360" w:lineRule="auto"/>
              <w:jc w:val="both"/>
              <w:rPr>
                <w:rFonts w:cs="Calibri"/>
                <w:noProof/>
                <w:sz w:val="16"/>
                <w:szCs w:val="16"/>
                <w:lang w:val="id-ID"/>
              </w:rPr>
            </w:pPr>
            <w:r w:rsidRPr="0014457F">
              <w:rPr>
                <w:rFonts w:cs="Calibri"/>
                <w:noProof/>
                <w:sz w:val="16"/>
                <w:szCs w:val="16"/>
                <w:lang w:val="id-ID"/>
              </w:rPr>
              <w:t>Dinyatakan gugur/didiskualifikasi pada tahapan seleksi mana pun;</w:t>
            </w:r>
          </w:p>
          <w:p w14:paraId="29B29999" w14:textId="77777777" w:rsidR="0014457F" w:rsidRDefault="0014457F" w:rsidP="0014457F">
            <w:pPr>
              <w:pStyle w:val="ListParagraph"/>
              <w:numPr>
                <w:ilvl w:val="0"/>
                <w:numId w:val="12"/>
              </w:numPr>
              <w:spacing w:after="0" w:line="360" w:lineRule="auto"/>
              <w:jc w:val="both"/>
              <w:rPr>
                <w:rFonts w:cs="Calibri"/>
                <w:noProof/>
                <w:sz w:val="16"/>
                <w:szCs w:val="16"/>
                <w:lang w:val="id-ID"/>
              </w:rPr>
            </w:pPr>
            <w:r w:rsidRPr="0014457F">
              <w:rPr>
                <w:rFonts w:cs="Calibri"/>
                <w:noProof/>
                <w:sz w:val="16"/>
                <w:szCs w:val="16"/>
                <w:lang w:val="id-ID"/>
              </w:rPr>
              <w:t>Pembatalan hasil kelulusan, meskipun telah diumumkan;</w:t>
            </w:r>
          </w:p>
          <w:p w14:paraId="2CDE6B27" w14:textId="77777777" w:rsidR="0014457F" w:rsidRDefault="0014457F" w:rsidP="0014457F">
            <w:pPr>
              <w:pStyle w:val="ListParagraph"/>
              <w:numPr>
                <w:ilvl w:val="0"/>
                <w:numId w:val="12"/>
              </w:numPr>
              <w:spacing w:after="0" w:line="360" w:lineRule="auto"/>
              <w:jc w:val="both"/>
              <w:rPr>
                <w:rFonts w:cs="Calibri"/>
                <w:noProof/>
                <w:sz w:val="16"/>
                <w:szCs w:val="16"/>
                <w:lang w:val="id-ID"/>
              </w:rPr>
            </w:pPr>
            <w:r w:rsidRPr="0014457F">
              <w:rPr>
                <w:rFonts w:cs="Calibri"/>
                <w:noProof/>
                <w:sz w:val="16"/>
                <w:szCs w:val="16"/>
                <w:lang w:val="id-ID"/>
              </w:rPr>
              <w:t>Pembatalan pengangkatan atau pengakhiran hubungan kerja sesuai ketentuan peraturan perusahaan dan peraturan perundang-undangan yang berlaku, apabila pelanggaran diketahui setelah saya diterima bekerja;</w:t>
            </w:r>
          </w:p>
          <w:p w14:paraId="352663F7" w14:textId="3E7A77E3" w:rsidR="0014457F" w:rsidRDefault="0014457F" w:rsidP="0014457F">
            <w:pPr>
              <w:pStyle w:val="ListParagraph"/>
              <w:numPr>
                <w:ilvl w:val="0"/>
                <w:numId w:val="12"/>
              </w:numPr>
              <w:spacing w:after="0" w:line="360" w:lineRule="auto"/>
              <w:jc w:val="both"/>
              <w:rPr>
                <w:rFonts w:cs="Calibri"/>
                <w:noProof/>
                <w:sz w:val="16"/>
                <w:szCs w:val="16"/>
                <w:lang w:val="id-ID"/>
              </w:rPr>
            </w:pPr>
            <w:r w:rsidRPr="0014457F">
              <w:rPr>
                <w:rFonts w:cs="Calibri"/>
                <w:noProof/>
                <w:sz w:val="16"/>
                <w:szCs w:val="16"/>
                <w:lang w:val="id-ID"/>
              </w:rPr>
              <w:t xml:space="preserve">Tidak diikutsertakan dalam proses </w:t>
            </w:r>
            <w:r>
              <w:rPr>
                <w:rFonts w:cs="Calibri"/>
                <w:b/>
                <w:bCs/>
                <w:noProof/>
                <w:sz w:val="16"/>
                <w:szCs w:val="16"/>
                <w:lang w:val="id-ID"/>
              </w:rPr>
              <w:t>Rekrutment Calon Karyawan Pimpinan (CKP) Pro Hire PTPN IV Tahun 2026</w:t>
            </w:r>
            <w:r w:rsidRPr="0014457F">
              <w:rPr>
                <w:rFonts w:cs="Calibri"/>
                <w:noProof/>
                <w:sz w:val="16"/>
                <w:szCs w:val="16"/>
                <w:lang w:val="id-ID"/>
              </w:rPr>
              <w:t xml:space="preserve">  pada periode berikutnya;</w:t>
            </w:r>
          </w:p>
          <w:p w14:paraId="4214B7EE" w14:textId="7A01E11F" w:rsidR="00B64B78" w:rsidRPr="00E83930" w:rsidRDefault="0014457F" w:rsidP="0014457F">
            <w:pPr>
              <w:pStyle w:val="ListParagraph"/>
              <w:numPr>
                <w:ilvl w:val="0"/>
                <w:numId w:val="12"/>
              </w:numPr>
              <w:spacing w:after="0" w:line="360" w:lineRule="auto"/>
              <w:jc w:val="both"/>
              <w:rPr>
                <w:rFonts w:cs="Calibri"/>
                <w:noProof/>
                <w:sz w:val="16"/>
                <w:szCs w:val="16"/>
                <w:lang w:val="id-ID"/>
              </w:rPr>
            </w:pPr>
            <w:r w:rsidRPr="0014457F">
              <w:rPr>
                <w:rFonts w:cs="Calibri"/>
                <w:noProof/>
                <w:sz w:val="16"/>
                <w:szCs w:val="16"/>
                <w:lang w:val="id-ID"/>
              </w:rPr>
              <w:t>Proses hukum sesuai ketentuan peraturan perundang-undangan yang berlaku.</w:t>
            </w:r>
          </w:p>
        </w:tc>
      </w:tr>
      <w:tr w:rsidR="005E6F65" w:rsidRPr="00FE7B6E" w14:paraId="423E1A77" w14:textId="77777777" w:rsidTr="00256ABC">
        <w:sdt>
          <w:sdtPr>
            <w:rPr>
              <w:rFonts w:cs="Calibri"/>
              <w:noProof/>
              <w:sz w:val="16"/>
              <w:szCs w:val="16"/>
              <w:lang w:val="id-ID"/>
            </w:rPr>
            <w:id w:val="-2111809248"/>
            <w14:checkbox>
              <w14:checked w14:val="0"/>
              <w14:checkedState w14:val="0052" w14:font="Wingdings 2"/>
              <w14:uncheckedState w14:val="2610" w14:font="MS Gothic"/>
            </w14:checkbox>
          </w:sdtPr>
          <w:sdtContent>
            <w:tc>
              <w:tcPr>
                <w:tcW w:w="817" w:type="dxa"/>
                <w:tcBorders>
                  <w:top w:val="single" w:sz="4" w:space="0" w:color="1E3A5F"/>
                  <w:left w:val="single" w:sz="4" w:space="0" w:color="1E3A5F"/>
                  <w:bottom w:val="single" w:sz="4" w:space="0" w:color="1E3A5F"/>
                  <w:right w:val="single" w:sz="4" w:space="0" w:color="1E3A5F"/>
                </w:tcBorders>
                <w:shd w:val="clear" w:color="auto" w:fill="FAFAFA"/>
                <w:vAlign w:val="center"/>
              </w:tcPr>
              <w:p w14:paraId="6724ADD4" w14:textId="23E58740" w:rsidR="00B64B78" w:rsidRPr="00E83930" w:rsidRDefault="0014457F" w:rsidP="005E6F65">
                <w:pPr>
                  <w:spacing w:after="0"/>
                  <w:jc w:val="center"/>
                  <w:rPr>
                    <w:rFonts w:cs="Calibri"/>
                    <w:noProof/>
                    <w:sz w:val="16"/>
                    <w:szCs w:val="16"/>
                    <w:lang w:val="id-ID"/>
                  </w:rPr>
                </w:pPr>
                <w:r>
                  <w:rPr>
                    <w:rFonts w:ascii="MS Gothic" w:eastAsia="MS Gothic" w:hAnsi="MS Gothic" w:cs="Calibri" w:hint="eastAsia"/>
                    <w:noProof/>
                    <w:sz w:val="16"/>
                    <w:szCs w:val="16"/>
                    <w:lang w:val="id-ID"/>
                  </w:rPr>
                  <w:t>☐</w:t>
                </w:r>
              </w:p>
            </w:tc>
          </w:sdtContent>
        </w:sdt>
        <w:tc>
          <w:tcPr>
            <w:tcW w:w="8222"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052D9F1F" w14:textId="6E118980" w:rsidR="00B64B78" w:rsidRPr="00E83930" w:rsidRDefault="0014457F" w:rsidP="007B78A1">
            <w:pPr>
              <w:pStyle w:val="ListParagraph"/>
              <w:numPr>
                <w:ilvl w:val="0"/>
                <w:numId w:val="11"/>
              </w:numPr>
              <w:spacing w:after="0" w:line="360" w:lineRule="auto"/>
              <w:ind w:left="314" w:hanging="283"/>
              <w:jc w:val="both"/>
              <w:rPr>
                <w:rFonts w:cs="Calibri"/>
                <w:noProof/>
                <w:sz w:val="16"/>
                <w:szCs w:val="16"/>
                <w:lang w:val="id-ID"/>
              </w:rPr>
            </w:pPr>
            <w:r w:rsidRPr="0014457F">
              <w:rPr>
                <w:rFonts w:cs="Calibri"/>
                <w:noProof/>
                <w:sz w:val="16"/>
                <w:szCs w:val="16"/>
                <w:lang w:val="id-ID"/>
              </w:rPr>
              <w:t xml:space="preserve">Atas sanksi sebagaimana dimaksud pada angka 6, saya </w:t>
            </w:r>
            <w:r w:rsidRPr="0014457F">
              <w:rPr>
                <w:rFonts w:cs="Calibri"/>
                <w:b/>
                <w:bCs/>
                <w:noProof/>
                <w:sz w:val="16"/>
                <w:szCs w:val="16"/>
                <w:lang w:val="id-ID"/>
              </w:rPr>
              <w:t>tidak akan mengajukan keberatan, tuntutan, gugatan, atau permintaan ganti rugi</w:t>
            </w:r>
            <w:r w:rsidRPr="0014457F">
              <w:rPr>
                <w:rFonts w:cs="Calibri"/>
                <w:noProof/>
                <w:sz w:val="16"/>
                <w:szCs w:val="16"/>
                <w:lang w:val="id-ID"/>
              </w:rPr>
              <w:t xml:space="preserve"> dalam bentuk apa pun kepada</w:t>
            </w:r>
            <w:r>
              <w:rPr>
                <w:rFonts w:cs="Calibri"/>
                <w:noProof/>
                <w:sz w:val="16"/>
                <w:szCs w:val="16"/>
                <w:lang w:val="id-ID"/>
              </w:rPr>
              <w:t xml:space="preserve"> </w:t>
            </w:r>
            <w:r>
              <w:rPr>
                <w:rFonts w:cs="Calibri"/>
                <w:b/>
                <w:bCs/>
                <w:noProof/>
                <w:sz w:val="16"/>
                <w:szCs w:val="16"/>
                <w:lang w:val="id-ID"/>
              </w:rPr>
              <w:t>Rekrutment Calon Karyawan Pimpinan (CKP) Pro Hire PTPN IV Tahun 2026</w:t>
            </w:r>
            <w:r w:rsidRPr="0014457F">
              <w:rPr>
                <w:rFonts w:cs="Calibri"/>
                <w:noProof/>
                <w:sz w:val="16"/>
                <w:szCs w:val="16"/>
                <w:lang w:val="id-ID"/>
              </w:rPr>
              <w:t xml:space="preserve">   maupun pihak penyelenggara seleksi.</w:t>
            </w:r>
          </w:p>
        </w:tc>
      </w:tr>
    </w:tbl>
    <w:p w14:paraId="55E5FD91" w14:textId="77777777" w:rsidR="00B64B78" w:rsidRDefault="00B64B78" w:rsidP="0014457F">
      <w:pPr>
        <w:spacing w:after="0"/>
        <w:rPr>
          <w:rFonts w:cs="Calibri"/>
          <w:noProof/>
          <w:sz w:val="16"/>
          <w:szCs w:val="16"/>
          <w:lang w:val="id-ID"/>
        </w:rPr>
      </w:pPr>
    </w:p>
    <w:p w14:paraId="71FF0856" w14:textId="2E62E82E" w:rsidR="0014457F" w:rsidRDefault="0014457F" w:rsidP="0014457F">
      <w:pPr>
        <w:spacing w:after="0"/>
        <w:rPr>
          <w:rFonts w:cs="Calibri"/>
          <w:noProof/>
          <w:sz w:val="16"/>
          <w:szCs w:val="16"/>
          <w:lang w:val="id-ID"/>
        </w:rPr>
      </w:pPr>
      <w:r w:rsidRPr="0014457F">
        <w:rPr>
          <w:rFonts w:cs="Calibri"/>
          <w:noProof/>
          <w:sz w:val="16"/>
          <w:szCs w:val="16"/>
          <w:lang w:val="id-ID"/>
        </w:rPr>
        <w:t xml:space="preserve">Demikian surat pernyataan ini saya buat dengan </w:t>
      </w:r>
      <w:r w:rsidRPr="0014457F">
        <w:rPr>
          <w:rFonts w:cs="Calibri"/>
          <w:b/>
          <w:bCs/>
          <w:noProof/>
          <w:sz w:val="16"/>
          <w:szCs w:val="16"/>
          <w:lang w:val="id-ID"/>
        </w:rPr>
        <w:t>sadar, jujur, dan tanpa paksaan</w:t>
      </w:r>
      <w:r w:rsidRPr="0014457F">
        <w:rPr>
          <w:rFonts w:cs="Calibri"/>
          <w:noProof/>
          <w:sz w:val="16"/>
          <w:szCs w:val="16"/>
          <w:lang w:val="id-ID"/>
        </w:rPr>
        <w:t xml:space="preserve"> dari pihak mana pun, untuk dipergunakan sebagaimana mestinya.</w:t>
      </w:r>
    </w:p>
    <w:p w14:paraId="27CD52BF" w14:textId="77777777" w:rsidR="0014457F" w:rsidRPr="0014457F" w:rsidRDefault="0014457F" w:rsidP="0014457F">
      <w:pPr>
        <w:spacing w:after="0"/>
        <w:rPr>
          <w:rFonts w:cs="Calibri"/>
          <w:noProof/>
          <w:sz w:val="16"/>
          <w:szCs w:val="16"/>
          <w:lang w:val="id-ID"/>
        </w:rPr>
      </w:pPr>
    </w:p>
    <w:tbl>
      <w:tblPr>
        <w:tblW w:w="0" w:type="auto"/>
        <w:tblLayout w:type="fixed"/>
        <w:tblLook w:val="04A0" w:firstRow="1" w:lastRow="0" w:firstColumn="1" w:lastColumn="0" w:noHBand="0" w:noVBand="1"/>
      </w:tblPr>
      <w:tblGrid>
        <w:gridCol w:w="2235"/>
        <w:gridCol w:w="6804"/>
      </w:tblGrid>
      <w:tr w:rsidR="00B64B78" w:rsidRPr="00E83930" w14:paraId="680B6BCC" w14:textId="77777777" w:rsidTr="007B78A1">
        <w:trPr>
          <w:trHeight w:val="1058"/>
        </w:trPr>
        <w:tc>
          <w:tcPr>
            <w:tcW w:w="2235"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733D8B13" w14:textId="77777777" w:rsidR="00B64B78" w:rsidRPr="00E83930" w:rsidRDefault="00000000" w:rsidP="005E6F65">
            <w:pPr>
              <w:spacing w:after="0"/>
              <w:rPr>
                <w:rFonts w:cs="Calibri"/>
                <w:noProof/>
                <w:sz w:val="16"/>
                <w:szCs w:val="16"/>
                <w:lang w:val="id-ID"/>
              </w:rPr>
            </w:pPr>
            <w:r w:rsidRPr="00E83930">
              <w:rPr>
                <w:rFonts w:cs="Calibri"/>
                <w:b/>
                <w:noProof/>
                <w:sz w:val="16"/>
                <w:szCs w:val="16"/>
                <w:lang w:val="id-ID"/>
              </w:rPr>
              <w:t>Tanda Tangan Peserta</w:t>
            </w:r>
          </w:p>
        </w:tc>
        <w:tc>
          <w:tcPr>
            <w:tcW w:w="6804"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1B0D4B38" w14:textId="70791102" w:rsidR="00B64B78" w:rsidRPr="00E83930" w:rsidRDefault="002B2960" w:rsidP="005E6F65">
            <w:pPr>
              <w:spacing w:after="0"/>
              <w:rPr>
                <w:rFonts w:cs="Calibri"/>
                <w:noProof/>
                <w:sz w:val="16"/>
                <w:szCs w:val="16"/>
                <w:lang w:val="id-ID"/>
              </w:rPr>
            </w:pPr>
            <w:r>
              <w:rPr>
                <w:rFonts w:cs="Calibri"/>
                <w:noProof/>
                <w:sz w:val="16"/>
                <w:szCs w:val="16"/>
                <w:lang w:val="id-ID"/>
              </w:rPr>
              <w:t>[TANDA TANGAN ELEKTRONIK]</w:t>
            </w:r>
          </w:p>
        </w:tc>
      </w:tr>
      <w:tr w:rsidR="00B64B78" w:rsidRPr="00E83930" w14:paraId="3CC7B67A" w14:textId="77777777" w:rsidTr="007B78A1">
        <w:trPr>
          <w:trHeight w:val="396"/>
        </w:trPr>
        <w:tc>
          <w:tcPr>
            <w:tcW w:w="2235"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193363C1" w14:textId="77777777" w:rsidR="00B64B78" w:rsidRPr="00E83930" w:rsidRDefault="00000000" w:rsidP="005E6F65">
            <w:pPr>
              <w:spacing w:after="0"/>
              <w:rPr>
                <w:rFonts w:cs="Calibri"/>
                <w:noProof/>
                <w:sz w:val="16"/>
                <w:szCs w:val="16"/>
                <w:lang w:val="id-ID"/>
              </w:rPr>
            </w:pPr>
            <w:r w:rsidRPr="00E83930">
              <w:rPr>
                <w:rFonts w:cs="Calibri"/>
                <w:b/>
                <w:noProof/>
                <w:sz w:val="16"/>
                <w:szCs w:val="16"/>
                <w:lang w:val="id-ID"/>
              </w:rPr>
              <w:t>Nama Lengkap</w:t>
            </w:r>
          </w:p>
        </w:tc>
        <w:tc>
          <w:tcPr>
            <w:tcW w:w="6804"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63869324" w14:textId="4512C5C2" w:rsidR="00B64B78" w:rsidRPr="00E83930" w:rsidRDefault="002B2960" w:rsidP="005E6F65">
            <w:pPr>
              <w:spacing w:after="0"/>
              <w:rPr>
                <w:rFonts w:cs="Calibri"/>
                <w:noProof/>
                <w:sz w:val="16"/>
                <w:szCs w:val="16"/>
                <w:lang w:val="id-ID"/>
              </w:rPr>
            </w:pPr>
            <w:r>
              <w:rPr>
                <w:rFonts w:cs="Calibri"/>
                <w:noProof/>
                <w:sz w:val="16"/>
                <w:szCs w:val="16"/>
                <w:lang w:val="id-ID"/>
              </w:rPr>
              <w:t>[NAMA LENGKAP TANPA GELAR]</w:t>
            </w:r>
          </w:p>
        </w:tc>
      </w:tr>
      <w:tr w:rsidR="00B64B78" w:rsidRPr="00E83930" w14:paraId="1D454E01" w14:textId="77777777" w:rsidTr="007B78A1">
        <w:trPr>
          <w:trHeight w:val="396"/>
        </w:trPr>
        <w:tc>
          <w:tcPr>
            <w:tcW w:w="2235" w:type="dxa"/>
            <w:tcBorders>
              <w:top w:val="single" w:sz="4" w:space="0" w:color="1E3A5F"/>
              <w:left w:val="single" w:sz="4" w:space="0" w:color="1E3A5F"/>
              <w:bottom w:val="single" w:sz="4" w:space="0" w:color="1E3A5F"/>
              <w:right w:val="single" w:sz="4" w:space="0" w:color="1E3A5F"/>
            </w:tcBorders>
            <w:shd w:val="clear" w:color="auto" w:fill="F0F5F9"/>
            <w:vAlign w:val="center"/>
          </w:tcPr>
          <w:p w14:paraId="54B03D76" w14:textId="77777777" w:rsidR="00B64B78" w:rsidRPr="00E83930" w:rsidRDefault="00000000" w:rsidP="005E6F65">
            <w:pPr>
              <w:spacing w:after="0"/>
              <w:rPr>
                <w:rFonts w:cs="Calibri"/>
                <w:noProof/>
                <w:sz w:val="16"/>
                <w:szCs w:val="16"/>
                <w:lang w:val="id-ID"/>
              </w:rPr>
            </w:pPr>
            <w:r w:rsidRPr="00E83930">
              <w:rPr>
                <w:rFonts w:cs="Calibri"/>
                <w:b/>
                <w:noProof/>
                <w:sz w:val="16"/>
                <w:szCs w:val="16"/>
                <w:lang w:val="id-ID"/>
              </w:rPr>
              <w:t>Tanggal</w:t>
            </w:r>
          </w:p>
        </w:tc>
        <w:tc>
          <w:tcPr>
            <w:tcW w:w="6804" w:type="dxa"/>
            <w:tcBorders>
              <w:top w:val="single" w:sz="4" w:space="0" w:color="1E3A5F"/>
              <w:left w:val="single" w:sz="4" w:space="0" w:color="1E3A5F"/>
              <w:bottom w:val="single" w:sz="4" w:space="0" w:color="1E3A5F"/>
              <w:right w:val="single" w:sz="4" w:space="0" w:color="1E3A5F"/>
            </w:tcBorders>
            <w:shd w:val="clear" w:color="auto" w:fill="FFFFFF"/>
            <w:vAlign w:val="center"/>
          </w:tcPr>
          <w:p w14:paraId="0832BB3A" w14:textId="5ED331CA" w:rsidR="00B64B78" w:rsidRPr="00E83930" w:rsidRDefault="002B2960" w:rsidP="005E6F65">
            <w:pPr>
              <w:spacing w:after="0"/>
              <w:rPr>
                <w:rFonts w:cs="Calibri"/>
                <w:noProof/>
                <w:sz w:val="16"/>
                <w:szCs w:val="16"/>
                <w:lang w:val="id-ID"/>
              </w:rPr>
            </w:pPr>
            <w:r>
              <w:rPr>
                <w:rFonts w:cs="Calibri"/>
                <w:noProof/>
                <w:sz w:val="16"/>
                <w:szCs w:val="16"/>
                <w:lang w:val="id-ID"/>
              </w:rPr>
              <w:t>[TANGGAL PENANDATANGANAN]</w:t>
            </w:r>
          </w:p>
        </w:tc>
      </w:tr>
    </w:tbl>
    <w:p w14:paraId="06CE3D1B" w14:textId="77777777" w:rsidR="00B64B78" w:rsidRPr="00E83930" w:rsidRDefault="00B64B78">
      <w:pPr>
        <w:rPr>
          <w:rFonts w:cs="Calibri"/>
          <w:noProof/>
          <w:sz w:val="16"/>
          <w:szCs w:val="16"/>
          <w:lang w:val="id-ID"/>
        </w:rPr>
      </w:pPr>
    </w:p>
    <w:tbl>
      <w:tblPr>
        <w:tblW w:w="0" w:type="auto"/>
        <w:tblLook w:val="04A0" w:firstRow="1" w:lastRow="0" w:firstColumn="1" w:lastColumn="0" w:noHBand="0" w:noVBand="1"/>
      </w:tblPr>
      <w:tblGrid>
        <w:gridCol w:w="9072"/>
      </w:tblGrid>
      <w:tr w:rsidR="00B64B78" w:rsidRPr="00FE7B6E" w14:paraId="0A220E55" w14:textId="77777777" w:rsidTr="00256ABC">
        <w:trPr>
          <w:trHeight w:val="299"/>
        </w:trPr>
        <w:tc>
          <w:tcPr>
            <w:tcW w:w="9072" w:type="dxa"/>
            <w:tcBorders>
              <w:top w:val="single" w:sz="4" w:space="0" w:color="C0392B"/>
              <w:left w:val="single" w:sz="4" w:space="0" w:color="C0392B"/>
              <w:bottom w:val="single" w:sz="4" w:space="0" w:color="C0392B"/>
              <w:right w:val="single" w:sz="4" w:space="0" w:color="C0392B"/>
            </w:tcBorders>
            <w:shd w:val="clear" w:color="auto" w:fill="FDEDEC"/>
          </w:tcPr>
          <w:p w14:paraId="310AE5E3" w14:textId="34EB63CD" w:rsidR="00B64B78" w:rsidRPr="00E83930" w:rsidRDefault="00000000" w:rsidP="007B78A1">
            <w:pPr>
              <w:spacing w:after="0"/>
              <w:rPr>
                <w:rFonts w:cs="Calibri"/>
                <w:noProof/>
                <w:sz w:val="16"/>
                <w:szCs w:val="16"/>
                <w:lang w:val="id-ID"/>
              </w:rPr>
            </w:pPr>
            <w:r w:rsidRPr="00E83930">
              <w:rPr>
                <w:rFonts w:cs="Calibri"/>
                <w:b/>
                <w:noProof/>
                <w:color w:val="000000" w:themeColor="text1"/>
                <w:sz w:val="16"/>
                <w:szCs w:val="16"/>
                <w:lang w:val="id-ID"/>
              </w:rPr>
              <w:t xml:space="preserve">Catatan Penting: </w:t>
            </w:r>
            <w:r w:rsidRPr="00E83930">
              <w:rPr>
                <w:rFonts w:cs="Calibri"/>
                <w:noProof/>
                <w:color w:val="000000" w:themeColor="text1"/>
                <w:sz w:val="16"/>
                <w:szCs w:val="16"/>
                <w:lang w:val="id-ID"/>
              </w:rPr>
              <w:t xml:space="preserve">Formulir ini wajib diisi dan ditandatangani sebelum pelaksanaan asesmen dimulai. Peserta yang tidak mengisi atau menandatangani formulir dianggap tidak mengikuti tata tertib </w:t>
            </w:r>
            <w:r w:rsidR="00265BDA">
              <w:rPr>
                <w:rFonts w:cs="Calibri"/>
                <w:noProof/>
                <w:color w:val="000000" w:themeColor="text1"/>
                <w:sz w:val="16"/>
                <w:szCs w:val="16"/>
                <w:lang w:val="id-ID"/>
              </w:rPr>
              <w:t>seleksi.</w:t>
            </w:r>
          </w:p>
        </w:tc>
      </w:tr>
      <w:tr w:rsidR="005E6F65" w:rsidRPr="00E83930" w14:paraId="0A3FD201" w14:textId="77777777" w:rsidTr="000E2B48">
        <w:tc>
          <w:tcPr>
            <w:tcW w:w="9072" w:type="dxa"/>
            <w:tcBorders>
              <w:top w:val="single" w:sz="4" w:space="0" w:color="4A90A4"/>
              <w:left w:val="single" w:sz="4" w:space="0" w:color="4A90A4"/>
              <w:bottom w:val="single" w:sz="4" w:space="0" w:color="4A90A4"/>
              <w:right w:val="single" w:sz="4" w:space="0" w:color="4A90A4"/>
            </w:tcBorders>
            <w:shd w:val="clear" w:color="auto" w:fill="E8F4F8"/>
          </w:tcPr>
          <w:p w14:paraId="6D10CAD2" w14:textId="6CF26D60" w:rsidR="005E6F65" w:rsidRPr="00E83930" w:rsidRDefault="005E6F65" w:rsidP="007B78A1">
            <w:pPr>
              <w:spacing w:after="0"/>
              <w:rPr>
                <w:rFonts w:cs="Calibri"/>
                <w:noProof/>
                <w:sz w:val="16"/>
                <w:szCs w:val="16"/>
                <w:lang w:val="id-ID"/>
              </w:rPr>
            </w:pPr>
            <w:r w:rsidRPr="00E83930">
              <w:rPr>
                <w:rFonts w:cs="Calibri"/>
                <w:b/>
                <w:noProof/>
                <w:color w:val="1E3A5F"/>
                <w:sz w:val="16"/>
                <w:szCs w:val="16"/>
                <w:lang w:val="id-ID"/>
              </w:rPr>
              <w:t>PETUNJUK PENGISIAN</w:t>
            </w:r>
          </w:p>
          <w:p w14:paraId="3841C0CB" w14:textId="77777777" w:rsidR="005E6F65" w:rsidRPr="00E83930" w:rsidRDefault="005E6F65" w:rsidP="007B78A1">
            <w:pPr>
              <w:spacing w:after="0"/>
              <w:ind w:left="170"/>
              <w:rPr>
                <w:rFonts w:cs="Calibri"/>
                <w:noProof/>
                <w:sz w:val="16"/>
                <w:szCs w:val="16"/>
                <w:lang w:val="id-ID"/>
              </w:rPr>
            </w:pPr>
            <w:r w:rsidRPr="00E83930">
              <w:rPr>
                <w:rFonts w:cs="Calibri"/>
                <w:b/>
                <w:noProof/>
                <w:color w:val="4A90A4"/>
                <w:sz w:val="16"/>
                <w:szCs w:val="16"/>
                <w:lang w:val="id-ID"/>
              </w:rPr>
              <w:t xml:space="preserve">•  </w:t>
            </w:r>
            <w:r w:rsidRPr="00E83930">
              <w:rPr>
                <w:rFonts w:cs="Calibri"/>
                <w:noProof/>
                <w:sz w:val="16"/>
                <w:szCs w:val="16"/>
                <w:lang w:val="id-ID"/>
              </w:rPr>
              <w:t>Bacalah setiap pernyataan dengan seksama sebelum memberikan tanda centang.</w:t>
            </w:r>
          </w:p>
          <w:p w14:paraId="4D8DF1CE" w14:textId="77777777" w:rsidR="005E6F65" w:rsidRPr="00E83930" w:rsidRDefault="005E6F65" w:rsidP="007B78A1">
            <w:pPr>
              <w:spacing w:after="0"/>
              <w:ind w:left="170"/>
              <w:rPr>
                <w:rFonts w:cs="Calibri"/>
                <w:noProof/>
                <w:sz w:val="16"/>
                <w:szCs w:val="16"/>
                <w:lang w:val="id-ID"/>
              </w:rPr>
            </w:pPr>
            <w:r w:rsidRPr="00E83930">
              <w:rPr>
                <w:rFonts w:cs="Calibri"/>
                <w:b/>
                <w:noProof/>
                <w:color w:val="4A90A4"/>
                <w:sz w:val="16"/>
                <w:szCs w:val="16"/>
                <w:lang w:val="id-ID"/>
              </w:rPr>
              <w:t xml:space="preserve">•  </w:t>
            </w:r>
            <w:r w:rsidRPr="00E83930">
              <w:rPr>
                <w:rFonts w:cs="Calibri"/>
                <w:noProof/>
                <w:sz w:val="16"/>
                <w:szCs w:val="16"/>
                <w:lang w:val="id-ID"/>
              </w:rPr>
              <w:t>Berikan tanda centang (</w:t>
            </w:r>
            <w:r w:rsidRPr="00E83930">
              <w:rPr>
                <w:rFonts w:ascii="Segoe UI Symbol" w:hAnsi="Segoe UI Symbol" w:cs="Segoe UI Symbol"/>
                <w:noProof/>
                <w:sz w:val="16"/>
                <w:szCs w:val="16"/>
                <w:lang w:val="id-ID"/>
              </w:rPr>
              <w:t>✓</w:t>
            </w:r>
            <w:r w:rsidRPr="00E83930">
              <w:rPr>
                <w:rFonts w:cs="Calibri"/>
                <w:noProof/>
                <w:sz w:val="16"/>
                <w:szCs w:val="16"/>
                <w:lang w:val="id-ID"/>
              </w:rPr>
              <w:t>) pada kotak yang tersedia jika Anda menyetujui pernyataan tersebut.</w:t>
            </w:r>
          </w:p>
          <w:p w14:paraId="59823F4E" w14:textId="77777777" w:rsidR="005E6F65" w:rsidRPr="00E83930" w:rsidRDefault="005E6F65" w:rsidP="007B78A1">
            <w:pPr>
              <w:spacing w:after="0"/>
              <w:ind w:left="170"/>
              <w:rPr>
                <w:rFonts w:cs="Calibri"/>
                <w:noProof/>
                <w:sz w:val="16"/>
                <w:szCs w:val="16"/>
                <w:lang w:val="id-ID"/>
              </w:rPr>
            </w:pPr>
            <w:r w:rsidRPr="00E83930">
              <w:rPr>
                <w:rFonts w:cs="Calibri"/>
                <w:b/>
                <w:noProof/>
                <w:color w:val="4A90A4"/>
                <w:sz w:val="16"/>
                <w:szCs w:val="16"/>
                <w:lang w:val="id-ID"/>
              </w:rPr>
              <w:t xml:space="preserve">•  </w:t>
            </w:r>
            <w:r w:rsidRPr="00E83930">
              <w:rPr>
                <w:rFonts w:cs="Calibri"/>
                <w:noProof/>
                <w:sz w:val="16"/>
                <w:szCs w:val="16"/>
                <w:lang w:val="id-ID"/>
              </w:rPr>
              <w:t>Pastikan semua kotak pernyataan telah dicentang sebelum menandatangani formulir.</w:t>
            </w:r>
          </w:p>
          <w:p w14:paraId="74C37A82" w14:textId="77777777" w:rsidR="005E6F65" w:rsidRPr="00E83930" w:rsidRDefault="005E6F65" w:rsidP="007B78A1">
            <w:pPr>
              <w:spacing w:after="0"/>
              <w:ind w:left="170"/>
              <w:rPr>
                <w:rFonts w:cs="Calibri"/>
                <w:noProof/>
                <w:sz w:val="16"/>
                <w:szCs w:val="16"/>
                <w:lang w:val="id-ID"/>
              </w:rPr>
            </w:pPr>
            <w:r w:rsidRPr="00E83930">
              <w:rPr>
                <w:rFonts w:cs="Calibri"/>
                <w:b/>
                <w:noProof/>
                <w:color w:val="4A90A4"/>
                <w:sz w:val="16"/>
                <w:szCs w:val="16"/>
                <w:lang w:val="id-ID"/>
              </w:rPr>
              <w:t xml:space="preserve">•  </w:t>
            </w:r>
            <w:r w:rsidRPr="00E83930">
              <w:rPr>
                <w:rFonts w:cs="Calibri"/>
                <w:noProof/>
                <w:sz w:val="16"/>
                <w:szCs w:val="16"/>
                <w:lang w:val="id-ID"/>
              </w:rPr>
              <w:t>Formulir yang tidak lengkap atau tidak ditandatangani dianggap tidak sah.</w:t>
            </w:r>
          </w:p>
        </w:tc>
      </w:tr>
    </w:tbl>
    <w:p w14:paraId="4B276906" w14:textId="77777777" w:rsidR="005E6F65" w:rsidRPr="00E83930" w:rsidRDefault="005E6F65">
      <w:pPr>
        <w:rPr>
          <w:rFonts w:cs="Calibri"/>
          <w:noProof/>
          <w:sz w:val="16"/>
          <w:szCs w:val="16"/>
          <w:lang w:val="id-ID"/>
        </w:rPr>
      </w:pPr>
    </w:p>
    <w:sectPr w:rsidR="005E6F65" w:rsidRPr="00E83930" w:rsidSect="0014457F">
      <w:headerReference w:type="even" r:id="rId8"/>
      <w:headerReference w:type="default" r:id="rId9"/>
      <w:headerReference w:type="first" r:id="rId10"/>
      <w:pgSz w:w="12240" w:h="20160" w:code="5"/>
      <w:pgMar w:top="850" w:right="1417" w:bottom="85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F8DBF" w14:textId="77777777" w:rsidR="003D284C" w:rsidRDefault="003D284C" w:rsidP="005E6F65">
      <w:pPr>
        <w:spacing w:after="0" w:line="240" w:lineRule="auto"/>
      </w:pPr>
      <w:r>
        <w:separator/>
      </w:r>
    </w:p>
  </w:endnote>
  <w:endnote w:type="continuationSeparator" w:id="0">
    <w:p w14:paraId="667385E3" w14:textId="77777777" w:rsidR="003D284C" w:rsidRDefault="003D284C" w:rsidP="005E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680A" w14:textId="77777777" w:rsidR="003D284C" w:rsidRDefault="003D284C" w:rsidP="005E6F65">
      <w:pPr>
        <w:spacing w:after="0" w:line="240" w:lineRule="auto"/>
      </w:pPr>
      <w:r>
        <w:separator/>
      </w:r>
    </w:p>
  </w:footnote>
  <w:footnote w:type="continuationSeparator" w:id="0">
    <w:p w14:paraId="0AA9ED79" w14:textId="77777777" w:rsidR="003D284C" w:rsidRDefault="003D284C" w:rsidP="005E6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4B5" w14:textId="070185C5" w:rsidR="005E6F65" w:rsidRDefault="00000000">
    <w:pPr>
      <w:pStyle w:val="Header"/>
    </w:pPr>
    <w:r>
      <w:rPr>
        <w:noProof/>
      </w:rPr>
      <w:pict w14:anchorId="2E5A2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00299" o:spid="_x0000_s1027" type="#_x0000_t75" alt="" style="position:absolute;margin-left:0;margin-top:0;width:453.6pt;height:519.1pt;z-index:-251653120;mso-wrap-edited:f;mso-width-percent:0;mso-height-percent:0;mso-position-horizontal:center;mso-position-horizontal-relative:margin;mso-position-vertical:center;mso-position-vertical-relative:margin;mso-width-percent:0;mso-height-percent:0" o:allowincell="f">
          <v:imagedata r:id="rId1" o:title="LPP - Tanpa Tulisa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7F58" w14:textId="2DBC8F31" w:rsidR="005E6F65" w:rsidRDefault="00AB4C3D">
    <w:pPr>
      <w:pStyle w:val="Header"/>
    </w:pPr>
    <w:r>
      <w:rPr>
        <w:noProof/>
      </w:rPr>
      <w:drawing>
        <wp:anchor distT="0" distB="0" distL="114300" distR="114300" simplePos="0" relativeHeight="251668480" behindDoc="0" locked="0" layoutInCell="1" allowOverlap="1" wp14:anchorId="35CE1282" wp14:editId="3DA8D88C">
          <wp:simplePos x="0" y="0"/>
          <wp:positionH relativeFrom="column">
            <wp:posOffset>0</wp:posOffset>
          </wp:positionH>
          <wp:positionV relativeFrom="paragraph">
            <wp:posOffset>0</wp:posOffset>
          </wp:positionV>
          <wp:extent cx="892392" cy="358816"/>
          <wp:effectExtent l="0" t="0" r="0" b="0"/>
          <wp:wrapNone/>
          <wp:docPr id="64863220"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3220" name="Picture 2" descr="A black and white logo&#10;&#10;AI-generated content may be incorrect."/>
                  <pic:cNvPicPr/>
                </pic:nvPicPr>
                <pic:blipFill>
                  <a:blip r:embed="rId1"/>
                  <a:stretch>
                    <a:fillRect/>
                  </a:stretch>
                </pic:blipFill>
                <pic:spPr>
                  <a:xfrm>
                    <a:off x="0" y="0"/>
                    <a:ext cx="892392" cy="358816"/>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328BF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00300" o:spid="_x0000_s1026" type="#_x0000_t75" alt="" style="position:absolute;margin-left:0;margin-top:0;width:453.6pt;height:519.1pt;z-index:-251650048;mso-wrap-edited:f;mso-width-percent:0;mso-height-percent:0;mso-position-horizontal:center;mso-position-horizontal-relative:margin;mso-position-vertical:center;mso-position-vertical-relative:margin;mso-width-percent:0;mso-height-percent:0" o:allowincell="f">
          <v:imagedata r:id="rId2" o:title="LPP - Tanpa Tulisa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7CC4" w14:textId="143673BC" w:rsidR="005E6F65" w:rsidRDefault="00000000">
    <w:pPr>
      <w:pStyle w:val="Header"/>
    </w:pPr>
    <w:r>
      <w:rPr>
        <w:noProof/>
      </w:rPr>
      <w:pict w14:anchorId="010928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100298" o:spid="_x0000_s1025" type="#_x0000_t75" alt="" style="position:absolute;margin-left:0;margin-top:0;width:453.6pt;height:519.1pt;z-index:-251656192;mso-wrap-edited:f;mso-width-percent:0;mso-height-percent:0;mso-position-horizontal:center;mso-position-horizontal-relative:margin;mso-position-vertical:center;mso-position-vertical-relative:margin;mso-width-percent:0;mso-height-percent:0" o:allowincell="f">
          <v:imagedata r:id="rId1" o:title="LPP - Tanpa Tulisa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0C04C8"/>
    <w:multiLevelType w:val="hybridMultilevel"/>
    <w:tmpl w:val="333E2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C6A79"/>
    <w:multiLevelType w:val="hybridMultilevel"/>
    <w:tmpl w:val="4336E4EA"/>
    <w:lvl w:ilvl="0" w:tplc="E4729B82">
      <w:start w:val="1"/>
      <w:numFmt w:val="decimal"/>
      <w:lvlText w:val="%1."/>
      <w:lvlJc w:val="left"/>
      <w:pPr>
        <w:ind w:left="720" w:hanging="360"/>
      </w:pPr>
      <w:rPr>
        <w:rFonts w:hint="default"/>
        <w:b/>
        <w:color w:val="1E3A5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E86C21"/>
    <w:multiLevelType w:val="hybridMultilevel"/>
    <w:tmpl w:val="076C241A"/>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num w:numId="1" w16cid:durableId="56048961">
    <w:abstractNumId w:val="8"/>
  </w:num>
  <w:num w:numId="2" w16cid:durableId="1898121625">
    <w:abstractNumId w:val="6"/>
  </w:num>
  <w:num w:numId="3" w16cid:durableId="640622391">
    <w:abstractNumId w:val="5"/>
  </w:num>
  <w:num w:numId="4" w16cid:durableId="1909924275">
    <w:abstractNumId w:val="4"/>
  </w:num>
  <w:num w:numId="5" w16cid:durableId="1585148465">
    <w:abstractNumId w:val="7"/>
  </w:num>
  <w:num w:numId="6" w16cid:durableId="168452009">
    <w:abstractNumId w:val="3"/>
  </w:num>
  <w:num w:numId="7" w16cid:durableId="1215315872">
    <w:abstractNumId w:val="2"/>
  </w:num>
  <w:num w:numId="8" w16cid:durableId="1136989409">
    <w:abstractNumId w:val="1"/>
  </w:num>
  <w:num w:numId="9" w16cid:durableId="801077587">
    <w:abstractNumId w:val="0"/>
  </w:num>
  <w:num w:numId="10" w16cid:durableId="751391876">
    <w:abstractNumId w:val="9"/>
  </w:num>
  <w:num w:numId="11" w16cid:durableId="159738926">
    <w:abstractNumId w:val="10"/>
  </w:num>
  <w:num w:numId="12" w16cid:durableId="578904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B06"/>
    <w:rsid w:val="0006063C"/>
    <w:rsid w:val="00097C76"/>
    <w:rsid w:val="0014457F"/>
    <w:rsid w:val="0015074B"/>
    <w:rsid w:val="0019681B"/>
    <w:rsid w:val="001B2265"/>
    <w:rsid w:val="00256ABC"/>
    <w:rsid w:val="00265BDA"/>
    <w:rsid w:val="0029639D"/>
    <w:rsid w:val="002B2960"/>
    <w:rsid w:val="00326F90"/>
    <w:rsid w:val="003D284C"/>
    <w:rsid w:val="005437C9"/>
    <w:rsid w:val="005E6F65"/>
    <w:rsid w:val="00647DC5"/>
    <w:rsid w:val="007B78A1"/>
    <w:rsid w:val="008113B8"/>
    <w:rsid w:val="00866D5D"/>
    <w:rsid w:val="009678A6"/>
    <w:rsid w:val="00A71BAC"/>
    <w:rsid w:val="00A779A3"/>
    <w:rsid w:val="00AA1D8D"/>
    <w:rsid w:val="00AB4C3D"/>
    <w:rsid w:val="00B47730"/>
    <w:rsid w:val="00B64B78"/>
    <w:rsid w:val="00B847E2"/>
    <w:rsid w:val="00C766E6"/>
    <w:rsid w:val="00CB0664"/>
    <w:rsid w:val="00D27EC0"/>
    <w:rsid w:val="00E14BA6"/>
    <w:rsid w:val="00E83930"/>
    <w:rsid w:val="00F005F7"/>
    <w:rsid w:val="00F67DF5"/>
    <w:rsid w:val="00FC693F"/>
    <w:rsid w:val="00FE7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F4026E"/>
  <w14:defaultImageDpi w14:val="300"/>
  <w15:docId w15:val="{2595CA67-4E58-9948-868C-B9660FF4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Assessment Center PT LPP Agro Nusantara</cp:lastModifiedBy>
  <cp:revision>5</cp:revision>
  <dcterms:created xsi:type="dcterms:W3CDTF">2026-08-31T05:14:00Z</dcterms:created>
  <dcterms:modified xsi:type="dcterms:W3CDTF">2026-08-31T05:35:00Z</dcterms:modified>
  <cp:category/>
</cp:coreProperties>
</file>